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Resume &amp; cover-letter kit</w:t>
      </w:r>
    </w:p>
    <w:p>
      <w:pPr>
        <w:pStyle w:val="Subtitle"/>
      </w:pPr>
      <w:r>
        <w:rPr>
          <w:b w:val="0"/>
        </w:rPr>
        <w:t>[Your name] · [Target role]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p>
      <w:pPr>
        <w:spacing w:after="180"/>
      </w:pPr>
      <w:r>
        <w:rPr>
          <w:b w:val="0"/>
          <w:i/>
          <w:color w:val="525B64"/>
          <w:sz w:val="19"/>
        </w:rPr>
        <w:t>[Email]  |  [Phone]  |  [City / region]  |  [Portfolio or profile link]</w:t>
      </w:r>
    </w:p>
    <w:p>
      <w:pPr>
        <w:pStyle w:val="Heading1"/>
      </w:pPr>
      <w:r>
        <w:t>Professional summary</w:t>
      </w:r>
    </w:p>
    <w:p>
      <w:r>
        <w:rPr>
          <w:b w:val="0"/>
        </w:rPr>
        <w:t>[Role or specialty] with experience in [relevant work]. Strong at [skill] and [skill], with a track record of [specific, accurate result]. Seeking to contribute to [type of team or goal].</w:t>
      </w:r>
    </w:p>
    <w:p>
      <w:pPr>
        <w:pStyle w:val="Heading1"/>
      </w:pPr>
      <w:r>
        <w:t>Experience</w:t>
      </w:r>
    </w:p>
    <w:p>
      <w:r>
        <w:rPr>
          <w:b/>
        </w:rPr>
        <w:t>[Role title] — [Organization]  |  [Month Year–Month Year]</w:t>
      </w:r>
    </w:p>
    <w:p>
      <w:r>
        <w:rPr>
          <w:b w:val="0"/>
        </w:rPr>
        <w:t>• Improved [process] by [specific action], resulting in [measurable outcome].</w:t>
      </w:r>
    </w:p>
    <w:p>
      <w:r>
        <w:rPr>
          <w:b w:val="0"/>
        </w:rPr>
        <w:t>• Coordinated [scope of work] with [stakeholders] to deliver [result].</w:t>
      </w:r>
    </w:p>
    <w:p>
      <w:r>
        <w:rPr>
          <w:b w:val="0"/>
        </w:rPr>
        <w:t>• Created [tool or resource] that helped [audience] accomplish [task].</w:t>
      </w:r>
    </w:p>
    <w:p>
      <w:r>
        <w:rPr>
          <w:b/>
        </w:rPr>
        <w:t>[Previous role] — [Organization]  |  [Month Year–Month Year]</w:t>
      </w:r>
    </w:p>
    <w:p>
      <w:r>
        <w:rPr>
          <w:b w:val="0"/>
        </w:rPr>
        <w:t>• Delivered [project or responsibility] within [time or quality measure].</w:t>
      </w:r>
    </w:p>
    <w:p>
      <w:r>
        <w:rPr>
          <w:b w:val="0"/>
        </w:rPr>
        <w:t>• Solved [problem] by [approach], with [evidence of impact].</w:t>
      </w:r>
    </w:p>
    <w:p>
      <w:pPr>
        <w:pStyle w:val="Heading1"/>
      </w:pPr>
      <w:r>
        <w:t>Selected project</w:t>
      </w:r>
    </w:p>
    <w:p>
      <w:r>
        <w:rPr>
          <w:b w:val="0"/>
        </w:rPr>
        <w:t>[Project name] — [One-sentence purpose]</w:t>
      </w:r>
    </w:p>
    <w:p>
      <w:r>
        <w:rPr>
          <w:b w:val="0"/>
        </w:rPr>
        <w:t>Contribution: [your specific work]. Outcome: [verifiable result].</w:t>
      </w:r>
    </w:p>
    <w:p>
      <w:pPr>
        <w:pStyle w:val="Heading1"/>
      </w:pPr>
      <w:r>
        <w:t>Skills &amp; education</w:t>
      </w:r>
    </w:p>
    <w:p>
      <w:r>
        <w:rPr>
          <w:b w:val="0"/>
        </w:rPr>
        <w:t>Skills: [Relevant tool] · [Relevant method] · [Relevant capability]</w:t>
      </w:r>
    </w:p>
    <w:p>
      <w:r>
        <w:rPr>
          <w:b w:val="0"/>
        </w:rPr>
        <w:t>[Qualification] — [Institution]  |  [Completion year, if useful]</w:t>
      </w:r>
    </w:p>
    <w:p>
      <w:pPr>
        <w:spacing w:after="180"/>
      </w:pPr>
      <w:r>
        <w:rPr>
          <w:b w:val="0"/>
          <w:i/>
          <w:color w:val="525B64"/>
          <w:sz w:val="19"/>
        </w:rPr>
        <w:t>Use honest evidence. Remove irrelevant fields and avoid including sensitive identifiers, birth dates or full street addresses.</w:t>
      </w:r>
    </w:p>
    <w:p>
      <w:r>
        <w:br w:type="page"/>
      </w:r>
    </w:p>
    <w:p>
      <w:pPr>
        <w:pStyle w:val="Title"/>
      </w:pPr>
      <w:r>
        <w:t>Cover letter</w:t>
      </w:r>
    </w:p>
    <w:p>
      <w:pPr>
        <w:spacing w:after="180"/>
      </w:pPr>
      <w:r>
        <w:rPr>
          <w:b w:val="0"/>
          <w:i/>
          <w:color w:val="525B64"/>
          <w:sz w:val="19"/>
        </w:rPr>
        <w:t>Delete this heading and the template guidance before sending.</w:t>
      </w:r>
    </w:p>
    <w:p>
      <w:r>
        <w:rPr>
          <w:b w:val="0"/>
        </w:rPr>
        <w:t>[Your name]</w:t>
      </w:r>
    </w:p>
    <w:p>
      <w:r>
        <w:rPr>
          <w:b w:val="0"/>
        </w:rPr>
        <w:t>[Email]  |  [Phone]  |  [Date]</w:t>
      </w:r>
    </w:p>
    <w:p>
      <w:r>
        <w:rPr>
          <w:b w:val="0"/>
        </w:rPr>
        <w:t>[Hiring manager or team]</w:t>
        <w:br/>
        <w:t>[Organization]</w:t>
      </w:r>
    </w:p>
    <w:p>
      <w:r>
        <w:rPr>
          <w:b/>
        </w:rPr>
        <w:t>Re: [Role title / reference]</w:t>
      </w:r>
    </w:p>
    <w:p>
      <w:r>
        <w:rPr>
          <w:b w:val="0"/>
        </w:rPr>
        <w:t>Dear [Hiring manager or team],</w:t>
      </w:r>
    </w:p>
    <w:p>
      <w:r>
        <w:rPr>
          <w:b w:val="0"/>
        </w:rPr>
        <w:t>I am applying for [role] because [specific reason connected to the organization’s work]. My experience in [relevant area] would help your team [relevant outcome].</w:t>
      </w:r>
    </w:p>
    <w:p>
      <w:r>
        <w:rPr>
          <w:b w:val="0"/>
        </w:rPr>
        <w:t>In my recent work on [project], I [specific action]. This led to [accurate result]. The experience strengthened my ability to [capability requested in the role].</w:t>
      </w:r>
    </w:p>
    <w:p>
      <w:r>
        <w:rPr>
          <w:b w:val="0"/>
        </w:rPr>
        <w:t>I am especially interested in [concrete part of the role]. I would bring [skill], [skill] and a practical approach to [challenge].</w:t>
      </w:r>
    </w:p>
    <w:p>
      <w:r>
        <w:rPr>
          <w:b w:val="0"/>
        </w:rPr>
        <w:t>Thank you for considering my application. I would welcome the opportunity to discuss how my experience could support your team.</w:t>
      </w:r>
    </w:p>
    <w:p>
      <w:r>
        <w:rPr>
          <w:b w:val="0"/>
        </w:rPr>
        <w:t>Kind regards,</w:t>
        <w:br/>
        <w:t>[Your name]</w:t>
      </w:r>
    </w:p>
    <w:p>
      <w:pPr>
        <w:pStyle w:val="Heading1"/>
      </w:pPr>
      <w:r>
        <w:t>Before sending</w:t>
      </w:r>
    </w:p>
    <w:p>
      <w:r>
        <w:rPr>
          <w:b w:val="0"/>
        </w:rPr>
        <w:t>Check the organization and role names; replace every bracketed prompt; verify all results; proofread; save a separate copy for each application.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&amp; cover-letter kit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